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Naskah Video Proposal Penelitian</w:t>
      </w:r>
    </w:p>
    <w:p>
      <w:r>
        <w:t>Tema: Blue Economy dan Keadilan Sosial di Muara Barito</w:t>
      </w:r>
    </w:p>
    <w:p>
      <w:r>
        <w:t xml:space="preserve"> </w:t>
      </w:r>
    </w:p>
    <w:p>
      <w:pPr>
        <w:pStyle w:val="Heading2"/>
      </w:pPr>
      <w:r>
        <w:t>🎬 Pembukaan</w:t>
      </w:r>
    </w:p>
    <w:p>
      <w:r>
        <w:br/>
        <w:t>[Visual: Suara ombak dan aktivitas nelayan di Muara Barito]</w:t>
        <w:br/>
        <w:br/>
        <w:t>Narator:</w:t>
        <w:br/>
        <w:t>“Muara Barito… sebuah persimpangan kehidupan ekonomi yang mengalir bersama derasnya sungai dan ombak laut. Di sinilah denyut kehidupan para nelayan, pemilik kapal, dan masyarakat pesisir bertemu dalam satu ekosistem sosial yang kompleks.”</w:t>
        <w:br/>
        <w:br/>
        <w:t>“Di balik hasil laut yang melimpah, tersimpan kisah relasi ekonomi yang tidak selalu seimbang. Antara buruh nelayan yang menggantungkan hidup pada laut, pemilik kapal yang mengatur jalannya produksi, dan pemerintah yang berperan sebagai pengatur kebijakan dan penjaga keadilan sosial.”</w:t>
        <w:br/>
        <w:br/>
        <w:t>Judul di layar:</w:t>
        <w:br/>
        <w:t>‘Blue Economy dan Keadilan Sosial: Dinamika Relasi Ekonomi antara Buruh Nelayan, Pemilik Kapal, dan Pemerintah di Muara Barito’</w:t>
        <w:br/>
        <w:br/>
        <w:t>“Melalui penelitian ini, kami berupaya memahami bagaimana konsep Blue Economy dapat diterapkan tanpa mengorbankan kesejahteraan sosial...”</w:t>
        <w:br/>
      </w:r>
    </w:p>
    <w:p>
      <w:pPr>
        <w:pStyle w:val="Heading2"/>
      </w:pPr>
      <w:r>
        <w:t>🎥 Segmen 1 – Latar Belakang Masalah</w:t>
      </w:r>
    </w:p>
    <w:p>
      <w:r>
        <w:br/>
        <w:t>Narator:</w:t>
        <w:br/>
        <w:t>“Indonesia dikenal sebagai negara maritim yang kaya akan sumber daya laut. Namun, di balik potensi besar itu, masih tersimpan ketimpangan dalam distribusi manfaat ekonomi—khususnya di daerah pesisir seperti Muara Barito.”</w:t>
        <w:br/>
        <w:br/>
        <w:t>“Di sini, ekonomi laut biru atau Blue Economy mulai digalakkan. Sebuah konsep pembangunan berkelanjutan yang menyeimbangkan antara keuntungan ekonomi, kelestarian ekosistem laut, dan kesejahteraan sosial masyarakat pesisir.”</w:t>
        <w:br/>
        <w:br/>
        <w:t>“Namun, bagaimana konsep ideal ini diterapkan di lapangan? Apakah para buruh nelayan mendapatkan manfaat yang adil? Ataukah keuntungan justru terpusat pada pemilik modal dan kapal besar?”</w:t>
        <w:br/>
      </w:r>
    </w:p>
    <w:p>
      <w:pPr>
        <w:pStyle w:val="Heading2"/>
      </w:pPr>
      <w:r>
        <w:t>🎥 Segmen 2 – Rumusan Masalah</w:t>
      </w:r>
    </w:p>
    <w:p>
      <w:r>
        <w:br/>
        <w:t>Narator:</w:t>
        <w:br/>
        <w:t>Penelitian ini berangkat dari pertanyaan-pertanyaan penting:</w:t>
        <w:br/>
        <w:br/>
        <w:t>1. Bagaimana bentuk relasi ekonomi antara buruh nelayan, pemilik kapal, dan pemerintah di Muara Barito?</w:t>
        <w:br/>
        <w:t>2. Bagaimana implementasi prinsip Blue Economy mempengaruhi kesejahteraan sosial masyarakat nelayan?</w:t>
        <w:br/>
        <w:t>3. Sejauh mana keadilan sosial terwujud dalam pembagian hasil, kebijakan, dan pengelolaan sumber daya laut?</w:t>
        <w:br/>
      </w:r>
    </w:p>
    <w:p>
      <w:pPr>
        <w:pStyle w:val="Heading2"/>
      </w:pPr>
      <w:r>
        <w:t>🎥 Segmen 3 – Tujuan Penelitian</w:t>
      </w:r>
    </w:p>
    <w:p>
      <w:r>
        <w:br/>
        <w:t>Narator:</w:t>
        <w:br/>
        <w:t>Penelitian ini bertujuan untuk:</w:t>
        <w:br/>
        <w:t>- Mengidentifikasi pola hubungan kerja dan ekonomi antara buruh nelayan, pemilik kapal, dan pemerintah.</w:t>
        <w:br/>
        <w:t>- Menganalisis sejauh mana penerapan Blue Economy berdampak terhadap kesejahteraan sosial.</w:t>
        <w:br/>
        <w:t>- Memberikan rekomendasi kebijakan untuk menciptakan relasi ekonomi yang lebih adil, transparan, dan berkelanjutan.</w:t>
        <w:br/>
      </w:r>
    </w:p>
    <w:p>
      <w:pPr>
        <w:pStyle w:val="Heading2"/>
      </w:pPr>
      <w:r>
        <w:t>🎥 Segmen 4 – Metode Penelitian</w:t>
      </w:r>
    </w:p>
    <w:p>
      <w:r>
        <w:br/>
        <w:t>Narator:</w:t>
        <w:br/>
        <w:t>Penelitian ini menggunakan pendekatan kualitatif deskriptif. Data diperoleh melalui wawancara mendalam dengan buruh nelayan, pemilik kapal, aparat pemerintah, dan tokoh masyarakat.</w:t>
        <w:br/>
        <w:t>Observasi lapangan juga dilakukan di kawasan pelabuhan dan pasar ikan untuk memahami dinamika ekonomi secara nyata.</w:t>
        <w:br/>
        <w:br/>
        <w:t>Analisis data dilakukan dengan menelusuri pola interaksi dan pembagian hasil yang terbentuk di masyarakat pesisir.</w:t>
        <w:br/>
      </w:r>
    </w:p>
    <w:p>
      <w:pPr>
        <w:pStyle w:val="Heading2"/>
      </w:pPr>
      <w:r>
        <w:t>🎥 Segmen 5 – Harapan dan Dampak Penelitian</w:t>
      </w:r>
    </w:p>
    <w:p>
      <w:r>
        <w:br/>
        <w:t>Narator:</w:t>
        <w:br/>
        <w:t>Penelitian ini diharapkan menjadi jembatan antara teori dan realitas—antara kebijakan dan kehidupan sehari-hari masyarakat nelayan.</w:t>
        <w:br/>
        <w:t>Dengan memahami dinamika relasi ekonomi di Muara Barito, kita dapat merancang model Blue Economy yang benar-benar berkeadilan.</w:t>
        <w:br/>
        <w:br/>
        <w:t>Sebab laut bukan hanya sumber ekonomi, tetapi juga ruang hidup, identitas, dan masa depan masyarakat pesisir Indonesia.</w:t>
        <w:br/>
      </w:r>
    </w:p>
    <w:p>
      <w:pPr>
        <w:pStyle w:val="Heading2"/>
      </w:pPr>
      <w:r>
        <w:t>🎵 Penutup</w:t>
      </w:r>
    </w:p>
    <w:p>
      <w:r>
        <w:br/>
        <w:t>Narator:</w:t>
        <w:br/>
        <w:t>“Proposal penelitian ini merupakan langkah kecil menuju cita-cita besar:</w:t>
        <w:br/>
        <w:t>Membangun ekonomi biru yang berkeadilan sosial dan berkelanjutan di Muara Barito.</w:t>
        <w:br/>
        <w:br/>
        <w:t>Saya [Nama Peneliti], mengajak Anda untuk menelusuri lebih dalam kisah dan realitas ekonomi di balik gelombang laut Barito.”</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